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kyrka, Kyrkvägen 30, Kronoby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19:00-20:00 Musik i försommarkvällen</w:t>
      </w:r>
    </w:p>
    <w:p>
      <w:r>
        <w:t>Anna-Carin Lindbäck-Bergdal, orgel &amp; André Bergdal, elgitarr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