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Bio Astra, Vöyrintie 16</w:t>
      </w:r>
    </w:p>
    <w:p>
      <w:r>
        <w:t>26.6.2026 perjantai</w:t>
      </w:r>
    </w:p>
    <w:p>
      <w:pPr>
        <w:pStyle w:val="Heading1"/>
      </w:pPr>
      <w:r>
        <w:t>26.6.2026 perjantai</w:t>
      </w:r>
    </w:p>
    <w:p>
      <w:pPr>
        <w:pStyle w:val="Heading2"/>
      </w:pPr>
      <w:r>
        <w:t>19:00-21:00 ✨🎥 Nuorten elokuvailta Bio Astrassa 🎥✨</w:t>
      </w:r>
    </w:p>
    <w:p>
      <w:r>
        <w:t>Perjantaina 26. kesäkuuta klo 19 esitetään Bio Astrassa elokuva Forrest Gump! 🤩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