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Tørst Company,  Hartmanninkuja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22:00-22:00 Vaasa Pride iltabileet</w:t>
      </w:r>
    </w:p>
    <w:p>
      <w:r>
        <w:t xml:space="preserve">4.7.2026 klo 22-02 Vaasa Pride iltabileet Tørst:ssä, Hartmanninkuja. K18,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