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Musikcentralen Jeppis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15:00-19:00 Hot club de Jakobstad: Visor I Swing Manouche</w:t>
      </w:r>
    </w:p>
    <w:p>
      <w:r>
        <w:t>Hot Club de Jakobstad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