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Saaristoravintola Ukkokari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18:30-18:30 Ukkokarilive - Irina</w:t>
      </w:r>
    </w:p>
    <w:p>
      <w:r>
        <w:t>Ukkokari Production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