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Slagfältsvägen 20, 66800, Oravais 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14:00-20:00 Virtual Reality på Årvasgården</w:t>
      </w:r>
    </w:p>
    <w:p>
      <w:r>
        <w:t>Tillsammans med Smash Room ordnar vi Virtual Reality på Årvasgården, i priset ingår också en hotdog-buffé.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