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frikyrka, Vöråvägen 32, Vörå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19:00-21:00 Vörådagsmöte</w:t>
      </w:r>
    </w:p>
    <w:p>
      <w:r>
        <w:t>Traditionellt vörådagsmöte med sång och tal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