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Suolaamo, Kiilin kotiseutumuseo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19:00-23:00 Pubi-ilta Suolaamossa</w:t>
      </w:r>
    </w:p>
    <w:p>
      <w:r>
        <w:t>Trubaduuri Lukas Djupsjöbacka esiintyy Suolaamossa!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