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Kilens hembygdsgård, kabinettet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18:00-21:00 Berättarkväll med Lasse Backlund</w:t>
      </w:r>
    </w:p>
    <w:p>
      <w:r>
        <w:t>Välkommen till Kilen för en lokalhistorisk kväll!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