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Kaarlenkenttä, Ruutikellarintie 1, 65100 Vaasa</w:t>
      </w:r>
    </w:p>
    <w:p>
      <w:r>
        <w:t>7.6.2026 sunnuntai</w:t>
      </w:r>
    </w:p>
    <w:p>
      <w:pPr>
        <w:pStyle w:val="Heading1"/>
      </w:pPr>
      <w:r>
        <w:t>7.6.2026 sunnuntai</w:t>
      </w:r>
    </w:p>
    <w:p>
      <w:pPr>
        <w:pStyle w:val="Heading2"/>
      </w:pPr>
      <w:r>
        <w:t>14:00-18:00 Naisten 1. divisioonan Amerikkalinen jalkapallo: Wasa Royals - Kotka Eagles</w:t>
      </w:r>
    </w:p>
    <w:p>
      <w:r>
        <w:t>Naisten 1. divisioonan Amerikkalinen jalkapallo: Wasa Royals - Kotka Eagles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