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Brinkenin museo, Museotie 5, Maalahti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>13:00-16:00 Viirun syntymäpäivät – ruotsinkielinen draamaopastus Brinkenin museolla</w:t>
      </w:r>
    </w:p>
    <w:p>
      <w:r>
        <w:t>Esitys on vuorovaikutteinen, joten yleisö siirtyy paikasta toiseen esityksen aikana. Esitys on ruotsi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