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Bocks Corner Brewery, Gerbyntie 16, 65230 Vaasa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11:54-11:54 Katutanssit - Gatudans</w:t>
      </w:r>
    </w:p>
    <w:p>
      <w:r>
        <w:t xml:space="preserve">Päivä katutanssit Bocks Cornerilla 20.05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