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 Töckmovägen 48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14:00-17:00 Taidekahvilan kaudenpäätös</w:t>
      </w:r>
    </w:p>
    <w:p>
      <w:r>
        <w:t>Taidekahvilan kaudenpäätös Kauden viimeinen taidekahvila Malaktassa, ja juhlistamme sitä pizzalla!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