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 Töckmovägen 48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19:00-23:00 Pride by Night – Mind Body Pride 🌈</w:t>
      </w:r>
    </w:p>
    <w:p>
      <w:r>
        <w:t>Pride by Night – Mind Body Pride 🌈 Tervetuloa juhlimaan Prideä kanssamme Malaktassa – ilta, joka on omistettu hyvinvoin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