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kyrka, Kyrkbacken 13, 66950 Munsala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19:00-20:00 Orgelkonsert med kantor Anders Forsman</w:t>
      </w:r>
    </w:p>
    <w:p>
      <w:r>
        <w:t>Musik av Georg Böhm, Louis-Nicolas Clérambault, Georg Muffat och J.S. Bach.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