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kyrka, Kyrkbacken 13, 66950 Munsala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19:00-19:00 Orgelmusik och sång till Dan Lönnqvists minne</w:t>
      </w:r>
    </w:p>
    <w:p>
      <w:r>
        <w:t>Några av Organa historica Fennicas styrelsemedlemmar medverkar, ordförande framför minnesord.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