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11:00-16:00 Taimivaihtopäivä nabbteeri - Haaskaeläinten puutarha-näyttelyn yhteydessä</w:t>
      </w:r>
    </w:p>
    <w:p>
      <w:r>
        <w:t>Pohjanmaan museolla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