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Teerijärven kirjasto, Elisabetintie 3, Teerijärvi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18:00-19:30 Teerijärvenkierros</w:t>
      </w:r>
    </w:p>
    <w:p>
      <w:r>
        <w:t>Tervetuloa jakamaan kuntoiluniloa muiden iloisten kuntoilijoiden kanssa Teerijärvenkierroksella 11.6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