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merimuseo, Palosaaren salmi Vaasa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15:00-18:00 Kansainvälinen museopäivä  Opastus</w:t>
      </w:r>
    </w:p>
    <w:p>
      <w:r>
        <w:t>Vasan merimuseo avoinna klo 15-18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