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Musikcentralen Jeppis, Jaakonkatu 39A, Pietarsaari</w:t>
      </w:r>
    </w:p>
    <w:p>
      <w:r>
        <w:t>6.6.2026 lauantai</w:t>
      </w:r>
    </w:p>
    <w:p>
      <w:pPr>
        <w:pStyle w:val="Heading1"/>
      </w:pPr>
      <w:r>
        <w:t>6.6.2026 lauantai</w:t>
      </w:r>
    </w:p>
    <w:p>
      <w:pPr>
        <w:pStyle w:val="Heading2"/>
      </w:pPr>
      <w:r>
        <w:t>18:00-21:00 Skata-Folk 6.6.2026</w:t>
      </w:r>
    </w:p>
    <w:p>
      <w:r>
        <w:t>Kolmen folk-yhtyeen minifestari Pietarsaaren uudessa Musikcentralenissa, Jaakonkadulla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