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Keskuskarintie 166 (Kalajoki, Marina)</w:t>
      </w:r>
    </w:p>
    <w:p>
      <w:r>
        <w:t>6.6.2026 lauantai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 xml:space="preserve">10:00-17:00 Vesille </w:t>
      </w:r>
    </w:p>
    <w:p>
      <w:r>
        <w:t>Vesille – Tästä kesä voi alkaa!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