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Näyttelyhalli, Pitkänsillankatu 28, Kokkola </w:t>
      </w:r>
    </w:p>
    <w:p>
      <w:r>
        <w:t>8.5.2026 perjantai</w:t>
      </w:r>
    </w:p>
    <w:p>
      <w:pPr>
        <w:pStyle w:val="Heading1"/>
      </w:pPr>
      <w:r>
        <w:t>8.5.2026-6.9.2026</w:t>
      </w:r>
    </w:p>
    <w:p>
      <w:pPr>
        <w:pStyle w:val="Heading2"/>
      </w:pPr>
      <w:r>
        <w:t>11:00-16:00 Paula Pääkkönen • Karkkipäivä - 8.5. - 6.9.2026</w:t>
      </w:r>
    </w:p>
    <w:p>
      <w:r>
        <w:t>Pääkkönen on tunnettu jäätelöpuikkoja kuvaavista lasiveistoksistaan, joiden makukimara näyttäytyy runsaan herkullisena.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