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kirkko, Museotie 3, 61500 Isokyrö</w:t>
      </w:r>
    </w:p>
    <w:p>
      <w:r>
        <w:t>4.7.2026 lauantai</w:t>
      </w:r>
    </w:p>
    <w:p>
      <w:pPr>
        <w:pStyle w:val="Heading1"/>
      </w:pPr>
      <w:r>
        <w:t>4.7.2026-30.8.2026</w:t>
      </w:r>
    </w:p>
    <w:p>
      <w:pPr>
        <w:pStyle w:val="Heading2"/>
      </w:pPr>
      <w:r>
        <w:t>11:00-16:00 Opas päivystää Isonkyrön Wanhassa kirkossa</w:t>
      </w:r>
    </w:p>
    <w:p>
      <w:r>
        <w:t>Tule tutustumaan ainutlaatuisiin raamatullisiin seinämaalauksiin ja kuulemaan kirkon historiaa 1300-luvulta alkaen.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