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Torget i Larsmo, Videvägen 2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19:00-20:30 Trivselkväll: Los Cinco de Pampas</w:t>
      </w:r>
    </w:p>
    <w:p>
      <w:r>
        <w:t>Kvintetten Los Cinco de Pampas spelar tango på torget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