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Larsmo torg</w:t>
      </w:r>
    </w:p>
    <w:p>
      <w:r>
        <w:t>14.6.2026 sunnuntai</w:t>
      </w:r>
    </w:p>
    <w:p>
      <w:pPr>
        <w:pStyle w:val="Heading1"/>
      </w:pPr>
      <w:r>
        <w:t>14.6.2026 sunnuntai</w:t>
      </w:r>
    </w:p>
    <w:p>
      <w:pPr>
        <w:pStyle w:val="Heading2"/>
      </w:pPr>
      <w:r>
        <w:t>19:00-20:30 Musikkväll i samarbete med musikutbildningarna i Campus Allegro</w:t>
      </w:r>
    </w:p>
    <w:p>
      <w:r>
        <w:t>En trivselkväll på torget i Larsmo med sång och musik, i samarbete med musikutbildningarna i Campus Allegro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