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Larsmo torg</w:t>
      </w:r>
    </w:p>
    <w:p>
      <w:r>
        <w:t>24.6.2026 keskiviikko</w:t>
      </w:r>
    </w:p>
    <w:p>
      <w:pPr>
        <w:pStyle w:val="Heading1"/>
      </w:pPr>
      <w:r>
        <w:t>24.6.2026 keskiviikko</w:t>
      </w:r>
    </w:p>
    <w:p>
      <w:pPr>
        <w:pStyle w:val="Heading2"/>
      </w:pPr>
      <w:r>
        <w:t>19:00-20:30 Elvis i våra hjärtan - Henrik Åberg</w:t>
      </w:r>
    </w:p>
    <w:p>
      <w:r>
        <w:t>En berörande konsert med musik som berör med nordens största Elvis sångare Henrik Åberg.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