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Leipomo Emilie, Tehtaankatu 45 Kokkola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12:30-13:30 Musiikkia Arjen Keskellä</w:t>
      </w:r>
    </w:p>
    <w:p>
      <w:r>
        <w:t>Jazzia kahvila Leipomo Emilie:ssä! Esiintymässä kontrabasisti Eevalotta Matikainen ja kitaristi Martin Söderbacka.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