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Oravaisten uimaranta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16:30-22:00 Koulunpäätösjuhla Oravaisten uimarannalla | Syntyneet 2010–2013</w:t>
      </w:r>
    </w:p>
    <w:p>
      <w:r>
        <w:t>Tule juhlimaan kesäloman alkua Oravaisten uimarannalle! Uimista, hengailua ja musiikkia 2010–2013 syntyneille.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