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Wanha kirkko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18:00-19:00 Opastus Isonkyrön Wanhassa kirkossa</w:t>
      </w:r>
    </w:p>
    <w:p>
      <w:r>
        <w:t>Tule tutustumaan ainutlaatuisiin raamatullisiin seinämaalauksiin ja kuulemaan kirkon historiaa 1300-luvulta alkaen.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