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Strandbryggan Gamla Hamnvägen 37 Jakobstad. Bredvid Hundparken.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18:00-19:45 GAMLA HAMN GENOM TIDERNA-dramaguidning 14.7.</w:t>
      </w:r>
    </w:p>
    <w:p>
      <w:r>
        <w:t>GAMLA HAMN GENOM TIDERNA- dramat  ingår i Festivalveckans  "Levande histora i Gamla Hamn" program.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