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Kaivostie 32, 66200 Korsnäs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11:00-16:00 Korsnäs Mine Centerin ja Kahvila kaivospeikon avajaiset</w:t>
      </w:r>
    </w:p>
    <w:p>
      <w:r>
        <w:t>Avauspaivä vanhalla lyijykaivoksella Korsnäsissa. Eri aktiviteetit ja tarjoukset Kahvila Kaivospeikolta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