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Övermark kyrka, Korsnäsvägen 1, 64610 Övermark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18:00-18:00 Psalmkväll i Övermark kyrka</w:t>
      </w:r>
    </w:p>
    <w:p>
      <w:r>
        <w:t>Psalmkväll i Övermark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