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Kyrkvägen 119, Jeppo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17:00-17:00 Gravgårdsvandring</w:t>
      </w:r>
    </w:p>
    <w:p>
      <w:r>
        <w:t>Personhistorisk vandring på gravgården i Jeppo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