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Jeppo hembygdsmuseum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14:00-14:00 Hembygdsfest</w:t>
      </w:r>
    </w:p>
    <w:p>
      <w:r>
        <w:t>Festtal, musikprogram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