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 tingshus, Vasavägen, Jakobstad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14:00-15:00 Panelsamtal - MELLAN TRO OCH TROLLDOM</w:t>
      </w:r>
    </w:p>
    <w:p>
      <w:r>
        <w:t>Panelsamtal - Mellan tro och trolldom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