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Petolahti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14:00-18:00 Kesämarkkinat Petolahdessa 12.7 klo 14-18</w:t>
      </w:r>
    </w:p>
    <w:p>
      <w:r>
        <w:t>Tervetuloa Petolahteen, kesämarkkinat koko perheelle!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