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Skeppsgården, Gamlahamnvägen 19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18:00-19:00  Vis-och allsångsafton VÄLKOMMEN OMBORD - VISOR FRÅN HAVET</w:t>
      </w:r>
    </w:p>
    <w:p>
      <w:r>
        <w:t>Vis-och allsångsafton Välkommen ombord - Visor från havet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