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Vaasan Koirakerhon kenttä, Kuulankatu 15, Vetokannas, Vaasa 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10:00-10:00 Match Show koirille helatorstaina 14.5.26</w:t>
      </w:r>
    </w:p>
    <w:p>
      <w:r>
        <w:t>Match show koirille Vaasan koirakerhon kentällä 14.5.2026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