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UF-loklen, bergönyvägen 31, 66220 Bergö</w:t>
      </w:r>
    </w:p>
    <w:p>
      <w:r>
        <w:t>1.7.2026 keskiviikko</w:t>
      </w:r>
    </w:p>
    <w:p>
      <w:pPr>
        <w:pStyle w:val="Heading1"/>
      </w:pPr>
      <w:r>
        <w:t>1.7.2026-4.7.2026</w:t>
      </w:r>
    </w:p>
    <w:p>
      <w:pPr>
        <w:pStyle w:val="Heading2"/>
      </w:pPr>
      <w:r>
        <w:t>17:00-15:00 Loppis på Bergö</w:t>
      </w:r>
    </w:p>
    <w:p>
      <w:r>
        <w:t>Loppiset ordnas i UF-lokalen.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