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113, Kovjoki asema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kapearaiteisella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