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SPR Reshop Vöyrinkatu 42 Vaasa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 xml:space="preserve">16:30-17:30 Ekologinen muotinäytös </w:t>
      </w:r>
    </w:p>
    <w:p>
      <w:r>
        <w:t xml:space="preserve">Toivotamme kaikki lämpimästi tervetulleiksi katsomaan upeaa ekologista muotia!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