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18:00-19:30 Författare Maria Grundvall besöker Korsnäs bibliotek</w:t>
      </w:r>
    </w:p>
    <w:p>
      <w:r>
        <w:t>Författarkväll med Maria Grundvall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