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Jungsundin urheilukenttä, Jungsundintie 641, Jungsund</w:t>
      </w:r>
    </w:p>
    <w:p>
      <w:r>
        <w:t>4.6.2026 torstai</w:t>
      </w:r>
    </w:p>
    <w:p>
      <w:pPr>
        <w:pStyle w:val="Heading1"/>
      </w:pPr>
      <w:r>
        <w:t>4.6.2026 torstai</w:t>
      </w:r>
    </w:p>
    <w:p>
      <w:pPr>
        <w:pStyle w:val="Heading2"/>
      </w:pPr>
      <w:r>
        <w:t xml:space="preserve">18:30-20:30 Tule vaeltamaan seurassa - pitkä vaellus </w:t>
      </w:r>
    </w:p>
    <w:p>
      <w:r>
        <w:t>12 km, Iskmo–Jungsund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