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Backfolkvägen 43, 68500 Kronoby 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12:00-15:00 Tidsresa på Tolvmansgården</w:t>
      </w:r>
    </w:p>
    <w:p>
      <w:r>
        <w:t xml:space="preserve">Tidsresa till 1600-talet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