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Hästövägen 100, 68500 Kronoby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 xml:space="preserve">18:00-18:00 Vernissage på Korpholmen </w:t>
      </w:r>
    </w:p>
    <w:p>
      <w:r>
        <w:t>Öppning av årets sommarutställning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