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Kaupunginmuseo Carlsro, Carlsrontie 181, Kristiinankaupunki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 xml:space="preserve">15:00-17:00 Konsertti: Ulkona puhaltaa kesätuuli </w:t>
      </w:r>
    </w:p>
    <w:p>
      <w:r>
        <w:t>Tervetuloa tunnelmalliseen konserttiin Carlsron kesähuvilalle.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