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Merikatu 21, 64100 Kristiinankaupunki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19:00-19:00 Konsertti</w:t>
      </w:r>
    </w:p>
    <w:p>
      <w:r>
        <w:t>Tervetuloa Lapväärtin kansanopiston päätöskonserttiin 2026!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