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Kyrkobyvägen 32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11:00-12:30 Pilgrimsmässa och kyrkkaffe i prästgårdsmuséet Söndag 19.7</w:t>
      </w:r>
    </w:p>
    <w:p>
      <w:r>
        <w:t>Pilgrimsmässa i muséet Söndag 19.7 Kl. 11, kyrkkaffe servering ca. Kl. 12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