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Mustasaari-Lapua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08:15-17:00 Opastettu päiväretki Lapualle</w:t>
      </w:r>
    </w:p>
    <w:p>
      <w:r>
        <w:t>Vanha Paukku, kaupunkiajelu ja Lintukoto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