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Variskan koulu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17:00-18:10 Wasa Unique kevätnäytös</w:t>
      </w:r>
    </w:p>
    <w:p>
      <w:r>
        <w:t>Wasa Unique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